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4F46E5"/>
          <w:sz w:val="32"/>
        </w:rPr>
        <w:t>SOLICITUD DE PERMISO ADMINISTRATIVO</w:t>
      </w:r>
    </w:p>
    <w:p>
      <w:pPr>
        <w:spacing w:after="160" w:before="0"/>
        <w:jc w:val="center"/>
      </w:pPr>
      <w:r>
        <w:rPr>
          <w:b w:val="0"/>
          <w:i w:val="0"/>
          <w:color w:val="64748B"/>
          <w:sz w:val="20"/>
        </w:rPr>
        <w:t>Nombre del establecimiento: ______________________________________   RBD: 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4F46E5"/>
          <w:left w:val="single" w:sz="4" w:space="0" w:color="4F46E5"/>
          <w:bottom w:val="single" w:sz="4" w:space="0" w:color="4F46E5"/>
          <w:right w:val="single" w:sz="4" w:space="0" w:color="4F46E5"/>
          <w:insideH w:val="single" w:sz="4" w:space="0" w:color="4F46E5"/>
          <w:insideV w:val="single" w:sz="4" w:space="0" w:color="4F46E5"/>
        </w:tblBorders>
      </w:tblPr>
      <w:tblGrid>
        <w:gridCol w:w="9972"/>
      </w:tblGrid>
      <w:tr>
        <w:tc>
          <w:tcPr>
            <w:tcW w:type="dxa" w:w="9972"/>
            <w:shd w:val="clear" w:color="auto" w:fill="EEF2FF"/>
          </w:tcPr>
          <w:p>
            <w:pPr>
              <w:spacing w:after="0"/>
            </w:pPr>
            <w:r/>
            <w:r>
              <w:rPr>
                <w:b/>
                <w:color w:val="4F46E5"/>
                <w:sz w:val="21"/>
              </w:rPr>
              <w:t>1. Datos de quien solicita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986"/>
        <w:gridCol w:w="4986"/>
      </w:tblGrid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Nombre completo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RUT</w:t>
            </w:r>
          </w:p>
        </w:tc>
      </w:tr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Cargo o función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Fecha de la solicitud (dd/mm/aaaa)</w:t>
            </w:r>
          </w:p>
        </w:tc>
      </w:tr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Tipo de personal:   ☐ Docente    ☐ Asistente de la educación    ☐ Otro: ____________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Correo o teléfono de contacto</w:t>
            </w:r>
          </w:p>
        </w:tc>
      </w:tr>
    </w:tbl>
    <w:p>
      <w:pPr>
        <w:spacing w:after="0" w:before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4F46E5"/>
          <w:left w:val="single" w:sz="4" w:space="0" w:color="4F46E5"/>
          <w:bottom w:val="single" w:sz="4" w:space="0" w:color="4F46E5"/>
          <w:right w:val="single" w:sz="4" w:space="0" w:color="4F46E5"/>
          <w:insideH w:val="single" w:sz="4" w:space="0" w:color="4F46E5"/>
          <w:insideV w:val="single" w:sz="4" w:space="0" w:color="4F46E5"/>
        </w:tblBorders>
      </w:tblPr>
      <w:tblGrid>
        <w:gridCol w:w="9972"/>
      </w:tblGrid>
      <w:tr>
        <w:tc>
          <w:tcPr>
            <w:tcW w:type="dxa" w:w="9972"/>
            <w:shd w:val="clear" w:color="auto" w:fill="EEF2FF"/>
          </w:tcPr>
          <w:p>
            <w:pPr>
              <w:spacing w:after="0"/>
            </w:pPr>
            <w:r/>
            <w:r>
              <w:rPr>
                <w:b/>
                <w:color w:val="4F46E5"/>
                <w:sz w:val="21"/>
              </w:rPr>
              <w:t>2. Permiso que se solicita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986"/>
        <w:gridCol w:w="4986"/>
      </w:tblGrid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Fecha o fechas del permiso (dd/mm/aaaa)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Total a descontar (días)</w:t>
            </w:r>
          </w:p>
        </w:tc>
      </w:tr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Duración:   ☐ Día completo     ☐ Medio día (☐ mañana  ☐ tarde)     ☐ Por horas: de ____ a ____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Cantidad de días de permiso ya usados este año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9972"/>
      </w:tblGrid>
      <w:tr>
        <w:trPr>
          <w:trHeight w:val="850"/>
        </w:trPr>
        <w:tc>
          <w:tcPr>
            <w:tcW w:type="dxa" w:w="9972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Motivo (breve; si el reglamento interno no lo exige en detalle, basta "motivos particulares")</w:t>
            </w:r>
          </w:p>
        </w:tc>
      </w:tr>
      <w:tr>
        <w:trPr>
          <w:trHeight w:val="850"/>
        </w:trPr>
        <w:tc>
          <w:tcPr>
            <w:tcW w:type="dxa" w:w="9972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Actividades o cursos afectados y reemplazo coordinado (si corresponde)</w:t>
            </w:r>
          </w:p>
        </w:tc>
      </w:tr>
    </w:tbl>
    <w:p>
      <w:pPr>
        <w:spacing w:after="0" w:before="0" w:line="1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986"/>
        <w:gridCol w:w="4986"/>
      </w:tblGrid>
      <w:tr>
        <w:trPr>
          <w:trHeight w:val="964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Firma de quien solicita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Fecha de firma</w:t>
            </w:r>
          </w:p>
        </w:tc>
      </w:tr>
    </w:tbl>
    <w:p>
      <w:pPr>
        <w:spacing w:after="0" w:before="0" w:line="16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4F46E5"/>
          <w:left w:val="single" w:sz="4" w:space="0" w:color="4F46E5"/>
          <w:bottom w:val="single" w:sz="4" w:space="0" w:color="4F46E5"/>
          <w:right w:val="single" w:sz="4" w:space="0" w:color="4F46E5"/>
          <w:insideH w:val="single" w:sz="4" w:space="0" w:color="4F46E5"/>
          <w:insideV w:val="single" w:sz="4" w:space="0" w:color="4F46E5"/>
        </w:tblBorders>
      </w:tblPr>
      <w:tblGrid>
        <w:gridCol w:w="9972"/>
      </w:tblGrid>
      <w:tr>
        <w:tc>
          <w:tcPr>
            <w:tcW w:type="dxa" w:w="9972"/>
            <w:shd w:val="clear" w:color="auto" w:fill="EEF2FF"/>
          </w:tcPr>
          <w:p>
            <w:pPr>
              <w:spacing w:after="0"/>
            </w:pPr>
            <w:r/>
            <w:r>
              <w:rPr>
                <w:b/>
                <w:color w:val="4F46E5"/>
                <w:sz w:val="21"/>
              </w:rPr>
              <w:t>3. Resolución (completa Dirección o quien corresponda)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986"/>
        <w:gridCol w:w="4986"/>
      </w:tblGrid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Resolución:   ☐ Concedido     ☐ Denegado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Saldo antes del permiso (días)</w:t>
            </w:r>
          </w:p>
        </w:tc>
      </w:tr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Si se deniega, indicar el motivo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Saldo después del permiso (días)</w:t>
            </w:r>
          </w:p>
        </w:tc>
      </w:tr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Nombre y cargo de quien resuelve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Fecha de resolución (dd/mm/aaaa)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9972"/>
      </w:tblGrid>
      <w:tr>
        <w:trPr>
          <w:trHeight w:val="964"/>
        </w:trPr>
        <w:tc>
          <w:tcPr>
            <w:tcW w:type="dxa" w:w="9972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Firma y timbre</w:t>
            </w:r>
          </w:p>
        </w:tc>
      </w:tr>
    </w:tbl>
    <w:p>
      <w:pPr>
        <w:spacing w:after="0" w:before="0" w:line="100" w:lineRule="exact"/>
      </w:pPr>
    </w:p>
    <w:p>
      <w:pPr>
        <w:spacing w:after="0" w:before="0"/>
      </w:pPr>
      <w:r>
        <w:rPr>
          <w:b w:val="0"/>
          <w:i/>
          <w:color w:val="64748B"/>
          <w:sz w:val="16"/>
        </w:rPr>
        <w:t>Formato de referencia de EscolarApp (escolarapp.cl). Adáptalo al reglamento interno y a la normativa que corresponda a tu establecimiento. Pide solo los datos que realmente necesitas y guarda la solicitud con acceso restringido.</w:t>
      </w:r>
    </w:p>
    <w:p>
      <w:r>
        <w:br w:type="page"/>
      </w:r>
    </w:p>
    <w:p>
      <w:pPr>
        <w:spacing w:after="40" w:before="0"/>
        <w:jc w:val="center"/>
      </w:pPr>
      <w:r>
        <w:rPr>
          <w:b/>
          <w:i w:val="0"/>
          <w:color w:val="4F46E5"/>
          <w:sz w:val="30"/>
        </w:rPr>
        <w:t>COMPROBANTE DE RESOLUCIÓN</w:t>
      </w:r>
    </w:p>
    <w:p>
      <w:pPr>
        <w:spacing w:after="200" w:before="0"/>
        <w:jc w:val="center"/>
      </w:pPr>
      <w:r>
        <w:rPr>
          <w:b w:val="0"/>
          <w:i w:val="0"/>
          <w:color w:val="64748B"/>
          <w:sz w:val="20"/>
        </w:rPr>
        <w:t>Copia para la persona que solicitó el permiso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986"/>
        <w:gridCol w:w="4986"/>
      </w:tblGrid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Establecimiento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RBD</w:t>
            </w:r>
          </w:p>
        </w:tc>
      </w:tr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Nombre de quien solicitó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RUT</w:t>
            </w:r>
          </w:p>
        </w:tc>
      </w:tr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Fecha o fechas del permiso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Duración (día completo / medio día / horas)</w:t>
            </w:r>
          </w:p>
        </w:tc>
      </w:tr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Resolución:   ☐ Concedido     ☐ Denegado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Días descontados</w:t>
            </w:r>
          </w:p>
        </w:tc>
      </w:tr>
      <w:tr>
        <w:trPr>
          <w:trHeight w:val="652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Saldo restante (días)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Fecha de resolución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9972"/>
      </w:tblGrid>
      <w:tr>
        <w:trPr>
          <w:trHeight w:val="1020"/>
        </w:trPr>
        <w:tc>
          <w:tcPr>
            <w:tcW w:type="dxa" w:w="9972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Observaciones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986"/>
        <w:gridCol w:w="4986"/>
      </w:tblGrid>
      <w:tr>
        <w:trPr>
          <w:trHeight w:val="1247"/>
        </w:trP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Nombre, cargo y firma de quien resuelve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color w:val="64748B"/>
                <w:sz w:val="17"/>
              </w:rPr>
              <w:t>Firma de quien recibe el comprobante</w:t>
            </w:r>
          </w:p>
        </w:tc>
      </w:tr>
    </w:tbl>
    <w:p>
      <w:pPr>
        <w:spacing w:after="0" w:before="0" w:line="160" w:lineRule="exact"/>
      </w:pPr>
    </w:p>
    <w:p>
      <w:pPr>
        <w:spacing w:after="0" w:before="0"/>
      </w:pPr>
      <w:r>
        <w:rPr>
          <w:b w:val="0"/>
          <w:i/>
          <w:color w:val="64748B"/>
          <w:sz w:val="17"/>
        </w:rPr>
        <w:t>Guarda una copia firmada junto con la solicitud. Un registro ordenado permite responder cualquier duda sobre saldos y fechas.</w:t>
      </w:r>
    </w:p>
    <w:sectPr w:rsidR="00FC693F" w:rsidRPr="0006063C" w:rsidSect="00034616">
      <w:pgSz w:w="12240" w:h="15840"/>
      <w:pgMar w:top="907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E29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solicitud de permiso administrativo</dc:title>
  <dc:subject/>
  <dc:creator>EscolarApp Chile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