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left"/>
      </w:pPr>
      <w:r>
        <w:rPr>
          <w:b/>
          <w:i w:val="0"/>
          <w:color w:val="4F46E5"/>
          <w:sz w:val="26"/>
          <w:highlight w:val="yellow"/>
        </w:rPr>
        <w:t>[Nombre del establecimiento]</w:t>
      </w:r>
    </w:p>
    <w:p>
      <w:pPr>
        <w:spacing w:after="200" w:before="0"/>
      </w:pPr>
      <w:r>
        <w:rPr>
          <w:b w:val="0"/>
          <w:i w:val="0"/>
          <w:color w:val="64748B"/>
          <w:sz w:val="18"/>
          <w:highlight w:val="yellow"/>
        </w:rPr>
        <w:t>[Dirección · Teléfono · Correo de contacto]</w:t>
      </w:r>
    </w:p>
    <w:p>
      <w:pPr>
        <w:spacing w:after="40" w:before="0"/>
        <w:jc w:val="center"/>
      </w:pPr>
      <w:r>
        <w:rPr>
          <w:b/>
          <w:i w:val="0"/>
          <w:color w:val="1E293B"/>
          <w:sz w:val="30"/>
        </w:rPr>
        <w:t>CITACIÓN A ENTREVISTA</w:t>
      </w:r>
    </w:p>
    <w:p>
      <w:pPr>
        <w:spacing w:after="200" w:before="0"/>
        <w:jc w:val="right"/>
      </w:pPr>
      <w:r>
        <w:rPr>
          <w:b w:val="0"/>
          <w:i w:val="0"/>
          <w:sz w:val="22"/>
          <w:highlight w:val="yellow"/>
        </w:rPr>
        <w:t>[Ciudad]</w:t>
      </w:r>
      <w:r>
        <w:rPr>
          <w:b w:val="0"/>
          <w:i w:val="0"/>
          <w:sz w:val="22"/>
        </w:rPr>
        <w:t xml:space="preserve">, </w:t>
      </w:r>
      <w:r>
        <w:rPr>
          <w:b w:val="0"/>
          <w:i w:val="0"/>
          <w:sz w:val="22"/>
          <w:highlight w:val="yellow"/>
        </w:rPr>
        <w:t>[dd de mes de aaaa]</w:t>
      </w:r>
    </w:p>
    <w:p>
      <w:pPr>
        <w:spacing w:after="40" w:before="0"/>
      </w:pPr>
      <w:r>
        <w:rPr>
          <w:b/>
          <w:i w:val="0"/>
          <w:sz w:val="22"/>
        </w:rPr>
        <w:t xml:space="preserve">Señor(a) apoderado(a): </w:t>
      </w:r>
      <w:r>
        <w:rPr>
          <w:b/>
          <w:i w:val="0"/>
          <w:sz w:val="22"/>
          <w:highlight w:val="yellow"/>
        </w:rPr>
        <w:t>[Nombre completo del apoderado]</w:t>
      </w:r>
    </w:p>
    <w:p>
      <w:pPr>
        <w:spacing w:after="200" w:before="0"/>
      </w:pPr>
      <w:r>
        <w:rPr>
          <w:b w:val="0"/>
          <w:i w:val="0"/>
          <w:sz w:val="22"/>
        </w:rPr>
        <w:t xml:space="preserve">Estudiante: </w:t>
      </w:r>
      <w:r>
        <w:rPr>
          <w:b w:val="0"/>
          <w:i w:val="0"/>
          <w:sz w:val="22"/>
          <w:highlight w:val="yellow"/>
        </w:rPr>
        <w:t>[Nombre del estudiante]</w:t>
      </w:r>
      <w:r>
        <w:rPr>
          <w:b w:val="0"/>
          <w:i w:val="0"/>
          <w:sz w:val="22"/>
        </w:rPr>
        <w:t xml:space="preserve">  ·  Curso: </w:t>
      </w:r>
      <w:r>
        <w:rPr>
          <w:b w:val="0"/>
          <w:i w:val="0"/>
          <w:sz w:val="22"/>
          <w:highlight w:val="yellow"/>
        </w:rPr>
        <w:t>[curso]</w:t>
      </w:r>
    </w:p>
    <w:p>
      <w:pPr>
        <w:spacing w:after="160" w:before="0"/>
        <w:jc w:val="both"/>
      </w:pPr>
      <w:r>
        <w:rPr>
          <w:b w:val="0"/>
          <w:i w:val="0"/>
          <w:sz w:val="22"/>
        </w:rPr>
        <w:t xml:space="preserve">Junto con saludar, lo(a) citamos a una entrevista para conversar sobre </w:t>
      </w:r>
      <w:r>
        <w:rPr>
          <w:b w:val="0"/>
          <w:i w:val="0"/>
          <w:sz w:val="22"/>
          <w:highlight w:val="yellow"/>
        </w:rPr>
        <w:t>[motivo breve y neutro, por ejemplo: seguimiento del proceso escolar / asistencia / convivencia escolar]</w:t>
      </w:r>
      <w:r>
        <w:rPr>
          <w:b w:val="0"/>
          <w:i w:val="0"/>
          <w:sz w:val="22"/>
        </w:rPr>
        <w:t>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Día y fecha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[día, dd/mm/aaaa]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Hora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[hh:mm]</w:t>
            </w:r>
            <w:r>
              <w:rPr>
                <w:b w:val="0"/>
                <w:i w:val="0"/>
                <w:sz w:val="19"/>
              </w:rPr>
              <w:t xml:space="preserve">  (duración aproximada: </w:t>
            </w:r>
            <w:r>
              <w:rPr>
                <w:b w:val="0"/>
                <w:i w:val="0"/>
                <w:sz w:val="19"/>
                <w:highlight w:val="yellow"/>
              </w:rPr>
              <w:t>[30 minutos / 1 hora]</w:t>
            </w:r>
            <w:r>
              <w:rPr>
                <w:b w:val="0"/>
                <w:i w:val="0"/>
                <w:sz w:val="19"/>
              </w:rPr>
              <w:t>)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Lugar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[sala u oficina]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Atenderá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y cargo de quien lo(a) recibirá]</w:t>
            </w:r>
          </w:p>
        </w:tc>
      </w:tr>
    </w:tbl>
    <w:p>
      <w:pPr>
        <w:spacing w:after="80" w:before="0"/>
      </w:pPr>
    </w:p>
    <w:p>
      <w:pPr>
        <w:spacing w:after="160" w:before="0"/>
        <w:jc w:val="both"/>
      </w:pPr>
      <w:r>
        <w:rPr>
          <w:b w:val="0"/>
          <w:i w:val="0"/>
          <w:sz w:val="22"/>
        </w:rPr>
        <w:t xml:space="preserve">Le agradeceremos confirmar su asistencia al </w:t>
      </w:r>
      <w:r>
        <w:rPr>
          <w:b w:val="0"/>
          <w:i w:val="0"/>
          <w:sz w:val="22"/>
          <w:highlight w:val="yellow"/>
        </w:rPr>
        <w:t>[teléfono o correo]</w:t>
      </w:r>
      <w:r>
        <w:rPr>
          <w:b w:val="0"/>
          <w:i w:val="0"/>
          <w:sz w:val="22"/>
        </w:rPr>
        <w:t xml:space="preserve"> hasta el </w:t>
      </w:r>
      <w:r>
        <w:rPr>
          <w:b w:val="0"/>
          <w:i w:val="0"/>
          <w:sz w:val="22"/>
          <w:highlight w:val="yellow"/>
        </w:rPr>
        <w:t>[dd/mm/aaaa]</w:t>
      </w:r>
      <w:r>
        <w:rPr>
          <w:b w:val="0"/>
          <w:i w:val="0"/>
          <w:sz w:val="22"/>
        </w:rPr>
        <w:t xml:space="preserve">. Si no puede asistir en el horario indicado, comuníquese con nosotros para acordar otra fecha dentro de </w:t>
      </w:r>
      <w:r>
        <w:rPr>
          <w:b w:val="0"/>
          <w:i w:val="0"/>
          <w:sz w:val="22"/>
          <w:highlight w:val="yellow"/>
        </w:rPr>
        <w:t>[plazo definido por el colegio]</w:t>
      </w:r>
      <w:r>
        <w:rPr>
          <w:b w:val="0"/>
          <w:i w:val="0"/>
          <w:sz w:val="22"/>
        </w:rPr>
        <w:t>.</w:t>
      </w:r>
    </w:p>
    <w:p>
      <w:pPr>
        <w:spacing w:after="280" w:before="0"/>
        <w:jc w:val="both"/>
      </w:pPr>
      <w:r>
        <w:rPr>
          <w:b w:val="0"/>
          <w:i w:val="0"/>
          <w:sz w:val="22"/>
        </w:rPr>
        <w:t>Su participación es importante para acompañar el proceso de su hijo(a). Quedamos atentos(as).</w:t>
      </w:r>
    </w:p>
    <w:p>
      <w:pPr>
        <w:spacing w:after="520" w:before="0"/>
      </w:pPr>
      <w:r>
        <w:rPr>
          <w:b w:val="0"/>
          <w:i w:val="0"/>
          <w:sz w:val="22"/>
        </w:rPr>
        <w:t>Atentamente,</w:t>
      </w:r>
    </w:p>
    <w:p>
      <w:pPr>
        <w:spacing w:after="0" w:before="0"/>
      </w:pPr>
      <w:r>
        <w:rPr>
          <w:b w:val="0"/>
          <w:i w:val="0"/>
          <w:sz w:val="22"/>
        </w:rPr>
        <w:t>______________________________</w:t>
      </w:r>
    </w:p>
    <w:p>
      <w:pPr>
        <w:spacing w:after="280" w:before="0"/>
      </w:pPr>
      <w:r>
        <w:rPr>
          <w:b w:val="0"/>
          <w:i w:val="0"/>
          <w:color w:val="64748B"/>
          <w:sz w:val="20"/>
          <w:highlight w:val="yellow"/>
        </w:rPr>
        <w:t>[Nombre y cargo de quien cita]</w:t>
      </w:r>
      <w:r>
        <w:rPr>
          <w:b w:val="0"/>
          <w:i w:val="0"/>
          <w:color w:val="64748B"/>
          <w:sz w:val="20"/>
        </w:rPr>
        <w:t xml:space="preserve">  ·  </w:t>
      </w:r>
      <w:r>
        <w:rPr>
          <w:b w:val="0"/>
          <w:i w:val="0"/>
          <w:color w:val="64748B"/>
          <w:sz w:val="20"/>
          <w:highlight w:val="yellow"/>
        </w:rPr>
        <w:t>[Timbre]</w:t>
      </w:r>
    </w:p>
    <w:p>
      <w:pPr>
        <w:spacing w:after="80" w:before="0"/>
        <w:jc w:val="center"/>
      </w:pPr>
      <w:r>
        <w:rPr>
          <w:b w:val="0"/>
          <w:i w:val="0"/>
          <w:color w:val="64748B"/>
          <w:sz w:val="16"/>
        </w:rPr>
        <w:t>- - - - - - - - - - - - - - - - - - - - - - - - - - - - - - - - - - - - - - - - - - - - - - - - - - - -</w:t>
      </w:r>
    </w:p>
    <w:p>
      <w:pPr>
        <w:spacing w:after="80" w:before="0"/>
      </w:pPr>
      <w:r>
        <w:rPr>
          <w:b/>
          <w:i w:val="0"/>
          <w:color w:val="4F46E5"/>
          <w:sz w:val="20"/>
        </w:rPr>
        <w:t>ACUSE DE RECIBO (devolver firmado al colegio)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73"/>
        <w:gridCol w:w="3173"/>
        <w:gridCol w:w="3173"/>
      </w:tblGrid>
      <w:tr>
        <w:trPr>
          <w:trHeight w:val="737"/>
        </w:trPr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Recibí la citación. Nombre del apoderado: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Firma: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Fecha:</w:t>
            </w:r>
          </w:p>
        </w:tc>
      </w:tr>
    </w:tbl>
    <w:p>
      <w:pPr>
        <w:spacing w:after="0" w:before="160"/>
      </w:pPr>
      <w:r>
        <w:rPr>
          <w:b w:val="0"/>
          <w:i/>
          <w:color w:val="64748B"/>
          <w:sz w:val="16"/>
        </w:rPr>
        <w:t>Formato de referencia de EscolarApp (escolarapp.cl). Reemplaza los textos en amarillo y adáptalo a tu reglamento interno. No incluyas en la carta datos sensibles del estudiante.</w:t>
      </w:r>
    </w:p>
    <w:p>
      <w:r>
        <w:br w:type="page"/>
      </w:r>
    </w:p>
    <w:p>
      <w:pPr>
        <w:spacing w:after="0" w:before="0"/>
        <w:jc w:val="left"/>
      </w:pPr>
      <w:r>
        <w:rPr>
          <w:b/>
          <w:i w:val="0"/>
          <w:color w:val="4F46E5"/>
          <w:sz w:val="26"/>
          <w:highlight w:val="yellow"/>
        </w:rPr>
        <w:t>[Nombre del establecimiento]</w:t>
      </w:r>
    </w:p>
    <w:p>
      <w:pPr>
        <w:spacing w:after="200" w:before="0"/>
      </w:pPr>
      <w:r>
        <w:rPr>
          <w:b w:val="0"/>
          <w:i w:val="0"/>
          <w:color w:val="64748B"/>
          <w:sz w:val="18"/>
          <w:highlight w:val="yellow"/>
        </w:rPr>
        <w:t>[Dirección · Teléfono · Correo de contacto]</w:t>
      </w:r>
    </w:p>
    <w:p>
      <w:pPr>
        <w:spacing w:after="40" w:before="0"/>
        <w:jc w:val="center"/>
      </w:pPr>
      <w:r>
        <w:rPr>
          <w:b/>
          <w:i w:val="0"/>
          <w:color w:val="1E293B"/>
          <w:sz w:val="30"/>
        </w:rPr>
        <w:t>SEGUNDA CITACIÓN A ENTREVISTA</w:t>
      </w:r>
    </w:p>
    <w:p>
      <w:pPr>
        <w:spacing w:after="200" w:before="0"/>
        <w:jc w:val="right"/>
      </w:pPr>
      <w:r>
        <w:rPr>
          <w:b w:val="0"/>
          <w:i w:val="0"/>
          <w:sz w:val="22"/>
          <w:highlight w:val="yellow"/>
        </w:rPr>
        <w:t>[Ciudad]</w:t>
      </w:r>
      <w:r>
        <w:rPr>
          <w:b w:val="0"/>
          <w:i w:val="0"/>
          <w:sz w:val="22"/>
        </w:rPr>
        <w:t xml:space="preserve">, </w:t>
      </w:r>
      <w:r>
        <w:rPr>
          <w:b w:val="0"/>
          <w:i w:val="0"/>
          <w:sz w:val="22"/>
          <w:highlight w:val="yellow"/>
        </w:rPr>
        <w:t>[dd de mes de aaaa]</w:t>
      </w:r>
    </w:p>
    <w:p>
      <w:pPr>
        <w:spacing w:after="40" w:before="0"/>
      </w:pPr>
      <w:r>
        <w:rPr>
          <w:b/>
          <w:i w:val="0"/>
          <w:sz w:val="22"/>
        </w:rPr>
        <w:t xml:space="preserve">Señor(a) apoderado(a): </w:t>
      </w:r>
      <w:r>
        <w:rPr>
          <w:b/>
          <w:i w:val="0"/>
          <w:sz w:val="22"/>
          <w:highlight w:val="yellow"/>
        </w:rPr>
        <w:t>[Nombre completo del apoderado]</w:t>
      </w:r>
    </w:p>
    <w:p>
      <w:pPr>
        <w:spacing w:after="200" w:before="0"/>
      </w:pPr>
      <w:r>
        <w:rPr>
          <w:b w:val="0"/>
          <w:i w:val="0"/>
          <w:sz w:val="22"/>
        </w:rPr>
        <w:t xml:space="preserve">Estudiante: </w:t>
      </w:r>
      <w:r>
        <w:rPr>
          <w:b w:val="0"/>
          <w:i w:val="0"/>
          <w:sz w:val="22"/>
          <w:highlight w:val="yellow"/>
        </w:rPr>
        <w:t>[Nombre del estudiante]</w:t>
      </w:r>
      <w:r>
        <w:rPr>
          <w:b w:val="0"/>
          <w:i w:val="0"/>
          <w:sz w:val="22"/>
        </w:rPr>
        <w:t xml:space="preserve">  ·  Curso: </w:t>
      </w:r>
      <w:r>
        <w:rPr>
          <w:b w:val="0"/>
          <w:i w:val="0"/>
          <w:sz w:val="22"/>
          <w:highlight w:val="yellow"/>
        </w:rPr>
        <w:t>[curso]</w:t>
      </w:r>
    </w:p>
    <w:p>
      <w:pPr>
        <w:spacing w:after="160" w:before="0"/>
        <w:jc w:val="both"/>
      </w:pPr>
      <w:r>
        <w:rPr>
          <w:b w:val="0"/>
          <w:i w:val="0"/>
          <w:sz w:val="22"/>
        </w:rPr>
        <w:t xml:space="preserve">Junto con saludar, le recordamos que el </w:t>
      </w:r>
      <w:r>
        <w:rPr>
          <w:b w:val="0"/>
          <w:i w:val="0"/>
          <w:sz w:val="22"/>
          <w:highlight w:val="yellow"/>
        </w:rPr>
        <w:t>[dd/mm/aaaa]</w:t>
      </w:r>
      <w:r>
        <w:rPr>
          <w:b w:val="0"/>
          <w:i w:val="0"/>
          <w:sz w:val="22"/>
        </w:rPr>
        <w:t xml:space="preserve"> le enviamos una citación a entrevista por </w:t>
      </w:r>
      <w:r>
        <w:rPr>
          <w:b w:val="0"/>
          <w:i w:val="0"/>
          <w:sz w:val="22"/>
          <w:highlight w:val="yellow"/>
        </w:rPr>
        <w:t>[medio: libreta / correo / otro]</w:t>
      </w:r>
      <w:r>
        <w:rPr>
          <w:b w:val="0"/>
          <w:i w:val="0"/>
          <w:sz w:val="22"/>
        </w:rPr>
        <w:t xml:space="preserve"> y, hasta la fecha, no hemos recibido respuesta. Por eso lo(a) citamos nuevamente: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Día y fecha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[día, dd/mm/aaaa]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Hora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[hh:mm]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Lugar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[sala u oficina]</w:t>
            </w:r>
          </w:p>
        </w:tc>
      </w:tr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Atenderá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y cargo]</w:t>
            </w:r>
          </w:p>
        </w:tc>
      </w:tr>
    </w:tbl>
    <w:p>
      <w:pPr>
        <w:spacing w:after="80" w:before="0"/>
      </w:pPr>
    </w:p>
    <w:p>
      <w:pPr>
        <w:spacing w:after="280" w:before="0"/>
        <w:jc w:val="both"/>
      </w:pPr>
      <w:r>
        <w:rPr>
          <w:b w:val="0"/>
          <w:i w:val="0"/>
          <w:sz w:val="22"/>
        </w:rPr>
        <w:t xml:space="preserve">Motivo: </w:t>
      </w:r>
      <w:r>
        <w:rPr>
          <w:b w:val="0"/>
          <w:i w:val="0"/>
          <w:sz w:val="22"/>
          <w:highlight w:val="yellow"/>
        </w:rPr>
        <w:t>[motivo breve y neutro]</w:t>
      </w:r>
      <w:r>
        <w:rPr>
          <w:b w:val="0"/>
          <w:i w:val="0"/>
          <w:sz w:val="22"/>
        </w:rPr>
        <w:t xml:space="preserve">. Si no puede asistir, por favor comuníquese al </w:t>
      </w:r>
      <w:r>
        <w:rPr>
          <w:b w:val="0"/>
          <w:i w:val="0"/>
          <w:sz w:val="22"/>
          <w:highlight w:val="yellow"/>
        </w:rPr>
        <w:t>[teléfono o correo]</w:t>
      </w:r>
      <w:r>
        <w:rPr>
          <w:b w:val="0"/>
          <w:i w:val="0"/>
          <w:sz w:val="22"/>
        </w:rPr>
        <w:t xml:space="preserve"> hasta el </w:t>
      </w:r>
      <w:r>
        <w:rPr>
          <w:b w:val="0"/>
          <w:i w:val="0"/>
          <w:sz w:val="22"/>
          <w:highlight w:val="yellow"/>
        </w:rPr>
        <w:t>[dd/mm/aaaa]</w:t>
      </w:r>
      <w:r>
        <w:rPr>
          <w:b w:val="0"/>
          <w:i w:val="0"/>
          <w:sz w:val="22"/>
        </w:rPr>
        <w:t xml:space="preserve"> para coordinar otro horario. Nos interesa encontrar una fecha que le acomode.</w:t>
      </w:r>
    </w:p>
    <w:p>
      <w:pPr>
        <w:spacing w:after="520" w:before="0"/>
      </w:pPr>
      <w:r>
        <w:rPr>
          <w:b w:val="0"/>
          <w:i w:val="0"/>
          <w:sz w:val="22"/>
        </w:rPr>
        <w:t>Atentamente,</w:t>
      </w:r>
    </w:p>
    <w:p>
      <w:pPr>
        <w:spacing w:after="0" w:before="0"/>
      </w:pPr>
      <w:r>
        <w:rPr>
          <w:b w:val="0"/>
          <w:i w:val="0"/>
          <w:sz w:val="22"/>
        </w:rPr>
        <w:t>______________________________</w:t>
      </w:r>
    </w:p>
    <w:p>
      <w:pPr>
        <w:spacing w:after="280" w:before="0"/>
      </w:pPr>
      <w:r>
        <w:rPr>
          <w:b w:val="0"/>
          <w:i w:val="0"/>
          <w:color w:val="64748B"/>
          <w:sz w:val="20"/>
          <w:highlight w:val="yellow"/>
        </w:rPr>
        <w:t>[Nombre y cargo de quien cita]</w:t>
      </w:r>
      <w:r>
        <w:rPr>
          <w:b w:val="0"/>
          <w:i w:val="0"/>
          <w:color w:val="64748B"/>
          <w:sz w:val="20"/>
        </w:rPr>
        <w:t xml:space="preserve">  ·  </w:t>
      </w:r>
      <w:r>
        <w:rPr>
          <w:b w:val="0"/>
          <w:i w:val="0"/>
          <w:color w:val="64748B"/>
          <w:sz w:val="20"/>
          <w:highlight w:val="yellow"/>
        </w:rPr>
        <w:t>[Timbre]</w:t>
      </w:r>
    </w:p>
    <w:p>
      <w:pPr>
        <w:spacing w:after="80" w:before="0"/>
        <w:jc w:val="center"/>
      </w:pPr>
      <w:r>
        <w:rPr>
          <w:b w:val="0"/>
          <w:i w:val="0"/>
          <w:color w:val="64748B"/>
          <w:sz w:val="16"/>
        </w:rPr>
        <w:t>- - - - - - - - - - - - - - - - - - - - - - - - - - - - - - - - - - - - - - - - - - - - - - - - - - - -</w:t>
      </w:r>
    </w:p>
    <w:p>
      <w:pPr>
        <w:spacing w:after="80" w:before="0"/>
      </w:pPr>
      <w:r>
        <w:rPr>
          <w:b/>
          <w:i w:val="0"/>
          <w:color w:val="4F46E5"/>
          <w:sz w:val="20"/>
        </w:rPr>
        <w:t>ACUSE DE RECIBO (devolver firmado al colegio)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73"/>
        <w:gridCol w:w="3173"/>
        <w:gridCol w:w="3173"/>
      </w:tblGrid>
      <w:tr>
        <w:trPr>
          <w:trHeight w:val="737"/>
        </w:trPr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Recibí la citación. Nombre del apoderado: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Firma: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Fecha:</w:t>
            </w:r>
          </w:p>
        </w:tc>
      </w:tr>
    </w:tbl>
    <w:p>
      <w:pPr>
        <w:spacing w:after="0" w:before="160"/>
      </w:pPr>
      <w:r>
        <w:rPr>
          <w:b w:val="0"/>
          <w:i/>
          <w:color w:val="64748B"/>
          <w:sz w:val="16"/>
        </w:rPr>
        <w:t>Formato de referencia de EscolarApp (escolarapp.cl). Reemplaza los textos en amarillo y adáptalo a tu reglamento interno. No incluyas en la carta datos sensibles del estudiante.</w:t>
      </w:r>
    </w:p>
    <w:p>
      <w:r>
        <w:br w:type="page"/>
      </w:r>
    </w:p>
    <w:p>
      <w:pPr>
        <w:spacing w:after="0" w:before="0"/>
        <w:jc w:val="left"/>
      </w:pPr>
      <w:r>
        <w:rPr>
          <w:b/>
          <w:i w:val="0"/>
          <w:color w:val="4F46E5"/>
          <w:sz w:val="26"/>
          <w:highlight w:val="yellow"/>
        </w:rPr>
        <w:t>[Nombre del establecimiento]</w:t>
      </w:r>
    </w:p>
    <w:p>
      <w:pPr>
        <w:spacing w:after="200" w:before="0"/>
      </w:pPr>
      <w:r>
        <w:rPr>
          <w:b w:val="0"/>
          <w:i w:val="0"/>
          <w:color w:val="64748B"/>
          <w:sz w:val="18"/>
          <w:highlight w:val="yellow"/>
        </w:rPr>
        <w:t>[Dirección · Teléfono · Correo de contacto]</w:t>
      </w:r>
    </w:p>
    <w:p>
      <w:pPr>
        <w:spacing w:after="40" w:before="0"/>
        <w:jc w:val="center"/>
      </w:pPr>
      <w:r>
        <w:rPr>
          <w:b/>
          <w:i w:val="0"/>
          <w:color w:val="1E293B"/>
          <w:sz w:val="30"/>
        </w:rPr>
        <w:t>CARTA CERTIFICADA</w:t>
      </w:r>
    </w:p>
    <w:p>
      <w:pPr>
        <w:spacing w:after="200" w:before="0"/>
        <w:jc w:val="center"/>
      </w:pPr>
      <w:r>
        <w:rPr>
          <w:b w:val="0"/>
          <w:i w:val="0"/>
          <w:color w:val="64748B"/>
          <w:sz w:val="19"/>
        </w:rPr>
        <w:t>Notificación por escrito cuando no ha sido posible contactar al apoderado</w:t>
      </w:r>
    </w:p>
    <w:p>
      <w:pPr>
        <w:spacing w:after="160" w:before="0"/>
        <w:jc w:val="right"/>
      </w:pPr>
      <w:r>
        <w:rPr>
          <w:b w:val="0"/>
          <w:i w:val="0"/>
          <w:sz w:val="22"/>
          <w:highlight w:val="yellow"/>
        </w:rPr>
        <w:t>[Ciudad]</w:t>
      </w:r>
      <w:r>
        <w:rPr>
          <w:b w:val="0"/>
          <w:i w:val="0"/>
          <w:sz w:val="22"/>
        </w:rPr>
        <w:t xml:space="preserve">, </w:t>
      </w:r>
      <w:r>
        <w:rPr>
          <w:b w:val="0"/>
          <w:i w:val="0"/>
          <w:sz w:val="22"/>
          <w:highlight w:val="yellow"/>
        </w:rPr>
        <w:t>[dd de mes de aaaa]</w:t>
      </w:r>
    </w:p>
    <w:p>
      <w:pPr>
        <w:spacing w:after="0" w:before="0"/>
      </w:pPr>
      <w:r>
        <w:rPr>
          <w:b/>
          <w:i w:val="0"/>
          <w:sz w:val="22"/>
        </w:rPr>
        <w:t xml:space="preserve">Señor(a) </w:t>
      </w:r>
      <w:r>
        <w:rPr>
          <w:b/>
          <w:i w:val="0"/>
          <w:sz w:val="22"/>
          <w:highlight w:val="yellow"/>
        </w:rPr>
        <w:t>[Nombre completo del apoderado]</w:t>
      </w:r>
    </w:p>
    <w:p>
      <w:pPr>
        <w:spacing w:after="160" w:before="0"/>
      </w:pPr>
      <w:r>
        <w:rPr>
          <w:b w:val="0"/>
          <w:i w:val="0"/>
          <w:sz w:val="22"/>
          <w:highlight w:val="yellow"/>
        </w:rPr>
        <w:t>[Domicilio registrado en el establecimiento]</w:t>
      </w:r>
    </w:p>
    <w:p>
      <w:pPr>
        <w:spacing w:after="160" w:before="0"/>
      </w:pPr>
      <w:r>
        <w:rPr>
          <w:b w:val="0"/>
          <w:i w:val="0"/>
          <w:sz w:val="22"/>
        </w:rPr>
        <w:t xml:space="preserve">Estudiante: </w:t>
      </w:r>
      <w:r>
        <w:rPr>
          <w:b w:val="0"/>
          <w:i w:val="0"/>
          <w:sz w:val="22"/>
          <w:highlight w:val="yellow"/>
        </w:rPr>
        <w:t>[Nombre del estudiante]</w:t>
      </w:r>
      <w:r>
        <w:rPr>
          <w:b w:val="0"/>
          <w:i w:val="0"/>
          <w:sz w:val="22"/>
        </w:rPr>
        <w:t xml:space="preserve">  ·  Curso: </w:t>
      </w:r>
      <w:r>
        <w:rPr>
          <w:b w:val="0"/>
          <w:i w:val="0"/>
          <w:sz w:val="22"/>
          <w:highlight w:val="yellow"/>
        </w:rPr>
        <w:t>[curso]</w:t>
      </w:r>
    </w:p>
    <w:p>
      <w:pPr>
        <w:spacing w:after="120" w:before="0"/>
        <w:jc w:val="both"/>
      </w:pPr>
      <w:r>
        <w:rPr>
          <w:b w:val="0"/>
          <w:i w:val="0"/>
          <w:sz w:val="22"/>
        </w:rPr>
        <w:t>De nuestra consideración: le escribimos para solicitarle que se comunique con el establecimiento o se presente a una entrevista, ya que no hemos podido contactarlo(a) por los medios habituales. Los intentos realizados fueron: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Fecha</w:t>
            </w:r>
          </w:p>
        </w:tc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Medio</w:t>
            </w:r>
          </w:p>
        </w:tc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Resultado</w:t>
            </w:r>
          </w:p>
        </w:tc>
      </w:tr>
      <w:tr>
        <w:trPr>
          <w:trHeight w:val="454"/>
        </w:trPr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[dd/mm/aaaa]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[Teléfono / correo / libreta / otro]</w:t>
            </w:r>
          </w:p>
        </w:tc>
        <w:tc>
          <w:tcPr>
            <w:tcW w:type="dxa" w:w="3173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[Sin respuesta / no contesta / otro]</w:t>
            </w:r>
          </w:p>
        </w:tc>
      </w:tr>
      <w:tr>
        <w:trPr>
          <w:trHeight w:val="454"/>
        </w:trPr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</w:tr>
      <w:tr>
        <w:trPr>
          <w:trHeight w:val="454"/>
        </w:trPr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</w:tr>
    </w:tbl>
    <w:p>
      <w:pPr>
        <w:spacing w:after="80" w:before="0"/>
      </w:pPr>
    </w:p>
    <w:p>
      <w:pPr>
        <w:spacing w:after="160" w:before="0"/>
        <w:jc w:val="both"/>
      </w:pPr>
      <w:r>
        <w:rPr>
          <w:b w:val="0"/>
          <w:i w:val="0"/>
          <w:sz w:val="22"/>
        </w:rPr>
        <w:t xml:space="preserve">Le solicitamos presentarse el </w:t>
      </w:r>
      <w:r>
        <w:rPr>
          <w:b w:val="0"/>
          <w:i w:val="0"/>
          <w:sz w:val="22"/>
          <w:highlight w:val="yellow"/>
        </w:rPr>
        <w:t>[día, dd/mm/aaaa]</w:t>
      </w:r>
      <w:r>
        <w:rPr>
          <w:b w:val="0"/>
          <w:i w:val="0"/>
          <w:sz w:val="22"/>
        </w:rPr>
        <w:t xml:space="preserve"> a las </w:t>
      </w:r>
      <w:r>
        <w:rPr>
          <w:b w:val="0"/>
          <w:i w:val="0"/>
          <w:sz w:val="22"/>
          <w:highlight w:val="yellow"/>
        </w:rPr>
        <w:t>[hh:mm]</w:t>
      </w:r>
      <w:r>
        <w:rPr>
          <w:b w:val="0"/>
          <w:i w:val="0"/>
          <w:sz w:val="22"/>
        </w:rPr>
        <w:t xml:space="preserve">, en </w:t>
      </w:r>
      <w:r>
        <w:rPr>
          <w:b w:val="0"/>
          <w:i w:val="0"/>
          <w:sz w:val="22"/>
          <w:highlight w:val="yellow"/>
        </w:rPr>
        <w:t>[lugar]</w:t>
      </w:r>
      <w:r>
        <w:rPr>
          <w:b w:val="0"/>
          <w:i w:val="0"/>
          <w:sz w:val="22"/>
        </w:rPr>
        <w:t xml:space="preserve">, con </w:t>
      </w:r>
      <w:r>
        <w:rPr>
          <w:b w:val="0"/>
          <w:i w:val="0"/>
          <w:sz w:val="22"/>
          <w:highlight w:val="yellow"/>
        </w:rPr>
        <w:t>[nombre y cargo]</w:t>
      </w:r>
      <w:r>
        <w:rPr>
          <w:b w:val="0"/>
          <w:i w:val="0"/>
          <w:sz w:val="22"/>
        </w:rPr>
        <w:t xml:space="preserve">, o comunicarse antes del </w:t>
      </w:r>
      <w:r>
        <w:rPr>
          <w:b w:val="0"/>
          <w:i w:val="0"/>
          <w:sz w:val="22"/>
          <w:highlight w:val="yellow"/>
        </w:rPr>
        <w:t>[dd/mm/aaaa]</w:t>
      </w:r>
      <w:r>
        <w:rPr>
          <w:b w:val="0"/>
          <w:i w:val="0"/>
          <w:sz w:val="22"/>
        </w:rPr>
        <w:t xml:space="preserve"> al </w:t>
      </w:r>
      <w:r>
        <w:rPr>
          <w:b w:val="0"/>
          <w:i w:val="0"/>
          <w:sz w:val="22"/>
          <w:highlight w:val="yellow"/>
        </w:rPr>
        <w:t>[teléfono o correo]</w:t>
      </w:r>
      <w:r>
        <w:rPr>
          <w:b w:val="0"/>
          <w:i w:val="0"/>
          <w:sz w:val="22"/>
        </w:rPr>
        <w:t xml:space="preserve"> para acordar otra fecha. Motivo: </w:t>
      </w:r>
      <w:r>
        <w:rPr>
          <w:b w:val="0"/>
          <w:i w:val="0"/>
          <w:sz w:val="22"/>
          <w:highlight w:val="yellow"/>
        </w:rPr>
        <w:t>[motivo breve y neutro]</w:t>
      </w:r>
      <w:r>
        <w:rPr>
          <w:b w:val="0"/>
          <w:i w:val="0"/>
          <w:sz w:val="22"/>
        </w:rPr>
        <w:t>.</w:t>
      </w:r>
    </w:p>
    <w:p>
      <w:pPr>
        <w:spacing w:after="280" w:before="0"/>
        <w:jc w:val="both"/>
      </w:pPr>
      <w:r>
        <w:rPr>
          <w:b w:val="0"/>
          <w:i w:val="0"/>
          <w:sz w:val="22"/>
        </w:rPr>
        <w:t xml:space="preserve">Esta comunicación se envía conforme al reglamento interno del establecimiento </w:t>
      </w:r>
      <w:r>
        <w:rPr>
          <w:b w:val="0"/>
          <w:i w:val="0"/>
          <w:sz w:val="22"/>
          <w:highlight w:val="yellow"/>
        </w:rPr>
        <w:t>[artículo o sección, si corresponde]</w:t>
      </w:r>
      <w:r>
        <w:rPr>
          <w:b w:val="0"/>
          <w:i w:val="0"/>
          <w:sz w:val="22"/>
        </w:rPr>
        <w:t>.</w:t>
      </w:r>
    </w:p>
    <w:p>
      <w:pPr>
        <w:spacing w:after="520" w:before="0"/>
      </w:pPr>
      <w:r>
        <w:rPr>
          <w:b w:val="0"/>
          <w:i w:val="0"/>
          <w:sz w:val="22"/>
        </w:rPr>
        <w:t>Atentamente,</w:t>
      </w:r>
    </w:p>
    <w:p>
      <w:pPr>
        <w:spacing w:after="0" w:before="0"/>
      </w:pPr>
      <w:r>
        <w:rPr>
          <w:b w:val="0"/>
          <w:i w:val="0"/>
          <w:sz w:val="22"/>
        </w:rPr>
        <w:t>______________________________</w:t>
      </w:r>
    </w:p>
    <w:p>
      <w:pPr>
        <w:spacing w:after="200" w:before="0"/>
      </w:pPr>
      <w:r>
        <w:rPr>
          <w:b w:val="0"/>
          <w:i w:val="0"/>
          <w:color w:val="64748B"/>
          <w:sz w:val="20"/>
          <w:highlight w:val="yellow"/>
        </w:rPr>
        <w:t>[Nombre y cargo]</w:t>
      </w:r>
      <w:r>
        <w:rPr>
          <w:b w:val="0"/>
          <w:i w:val="0"/>
          <w:color w:val="64748B"/>
          <w:sz w:val="20"/>
        </w:rPr>
        <w:t xml:space="preserve">  ·  </w:t>
      </w:r>
      <w:r>
        <w:rPr>
          <w:b w:val="0"/>
          <w:i w:val="0"/>
          <w:color w:val="64748B"/>
          <w:sz w:val="20"/>
          <w:highlight w:val="yellow"/>
        </w:rPr>
        <w:t>[Timbre]</w:t>
      </w:r>
      <w:r>
        <w:rPr>
          <w:b w:val="0"/>
          <w:i w:val="0"/>
          <w:color w:val="64748B"/>
          <w:sz w:val="20"/>
        </w:rPr>
        <w:t xml:space="preserve">  ·  N° de carta certificada: </w:t>
      </w:r>
      <w:r>
        <w:rPr>
          <w:b w:val="0"/>
          <w:i w:val="0"/>
          <w:color w:val="64748B"/>
          <w:sz w:val="20"/>
          <w:highlight w:val="yellow"/>
        </w:rPr>
        <w:t>[código de seguimiento]</w:t>
      </w:r>
    </w:p>
    <w:p>
      <w:pPr>
        <w:spacing w:after="0" w:before="160"/>
      </w:pPr>
      <w:r>
        <w:rPr>
          <w:b w:val="0"/>
          <w:i/>
          <w:color w:val="64748B"/>
          <w:sz w:val="16"/>
        </w:rPr>
        <w:t>Formato de referencia de EscolarApp (escolarapp.cl). Reemplaza los textos en amarillo y adáptalo a tu reglamento interno. No incluyas en la carta datos sensibles del estudiante.</w:t>
      </w:r>
    </w:p>
    <w:p>
      <w:r>
        <w:br w:type="page"/>
      </w:r>
    </w:p>
    <w:p>
      <w:pPr>
        <w:spacing w:after="0" w:before="0"/>
        <w:jc w:val="left"/>
      </w:pPr>
      <w:r>
        <w:rPr>
          <w:b/>
          <w:i w:val="0"/>
          <w:color w:val="4F46E5"/>
          <w:sz w:val="26"/>
          <w:highlight w:val="yellow"/>
        </w:rPr>
        <w:t>[Nombre del establecimiento]</w:t>
      </w:r>
    </w:p>
    <w:p>
      <w:pPr>
        <w:spacing w:after="200" w:before="0"/>
      </w:pPr>
      <w:r>
        <w:rPr>
          <w:b w:val="0"/>
          <w:i w:val="0"/>
          <w:color w:val="64748B"/>
          <w:sz w:val="18"/>
          <w:highlight w:val="yellow"/>
        </w:rPr>
        <w:t>[Dirección · Teléfono · Correo de contacto]</w:t>
      </w:r>
    </w:p>
    <w:p>
      <w:pPr>
        <w:spacing w:after="40" w:before="0"/>
        <w:jc w:val="center"/>
      </w:pPr>
      <w:r>
        <w:rPr>
          <w:b/>
          <w:i w:val="0"/>
          <w:color w:val="1E293B"/>
          <w:sz w:val="30"/>
        </w:rPr>
        <w:t>CONSTANCIA DE ENTREVISTA CON APODERADO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539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Fecha y hora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[dd/mm/aaaa · hh:mm]</w:t>
            </w:r>
          </w:p>
        </w:tc>
      </w:tr>
      <w:tr>
        <w:trPr>
          <w:trHeight w:val="539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Estudiante y curso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· curso]</w:t>
            </w:r>
          </w:p>
        </w:tc>
      </w:tr>
      <w:tr>
        <w:trPr>
          <w:trHeight w:val="539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Apoderado(a) y relación con el estudiante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· madre / padre / otro]</w:t>
            </w:r>
          </w:p>
        </w:tc>
      </w:tr>
      <w:tr>
        <w:trPr>
          <w:trHeight w:val="539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Quién atiende (nombre y cargo)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[nombre y cargo]</w:t>
            </w:r>
          </w:p>
        </w:tc>
      </w:tr>
      <w:tr>
        <w:trPr>
          <w:trHeight w:val="539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Motivo de la entrevista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[motivo breve y neutro]</w:t>
            </w:r>
          </w:p>
        </w:tc>
      </w:tr>
      <w:tr>
        <w:trPr>
          <w:trHeight w:val="539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Citación previa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☐ Primera citación   ☐ Segunda citación   ☐ Carta certificada   ☐ Por iniciativa del apoderado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Resumen de lo conversado (hechos y acuerdos; evita juicios y datos sensibles innecesarios)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9518"/>
      </w:tblGrid>
      <w:tr>
        <w:trPr>
          <w:trHeight w:val="1701"/>
        </w:trPr>
        <w:tc>
          <w:tcPr>
            <w:tcW w:type="dxa" w:w="951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  <w:highlight w:val="yellow"/>
              </w:rPr>
              <w:t>[resumen breve]</w:t>
            </w:r>
          </w:p>
        </w:tc>
      </w:tr>
    </w:tbl>
    <w:p>
      <w:pPr>
        <w:spacing w:after="80" w:before="0"/>
      </w:pPr>
    </w:p>
    <w:p>
      <w:pPr>
        <w:spacing w:after="40" w:before="0"/>
      </w:pPr>
      <w:r>
        <w:rPr>
          <w:b/>
          <w:i w:val="0"/>
          <w:color w:val="4F46E5"/>
          <w:sz w:val="20"/>
        </w:rPr>
        <w:t>Acuerdos y compromisos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73"/>
        <w:gridCol w:w="3173"/>
        <w:gridCol w:w="3173"/>
      </w:tblGrid>
      <w:tr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Acuerdo</w:t>
            </w:r>
          </w:p>
        </w:tc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Responsable</w:t>
            </w:r>
          </w:p>
        </w:tc>
        <w:tc>
          <w:tcPr>
            <w:tcW w:type="dxa" w:w="3173"/>
            <w:shd w:val="clear" w:color="auto" w:fill="EEF2FF"/>
          </w:tcPr>
          <w:p>
            <w:r/>
            <w:r>
              <w:rPr>
                <w:b/>
                <w:i w:val="0"/>
                <w:color w:val="4F46E5"/>
                <w:sz w:val="19"/>
              </w:rPr>
              <w:t>Plazo</w:t>
            </w:r>
          </w:p>
        </w:tc>
      </w:tr>
      <w:tr>
        <w:trPr>
          <w:trHeight w:val="510"/>
        </w:trPr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</w:tr>
      <w:tr>
        <w:trPr>
          <w:trHeight w:val="510"/>
        </w:trPr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</w:tr>
      <w:tr>
        <w:trPr>
          <w:trHeight w:val="510"/>
        </w:trPr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  <w:tc>
          <w:tcPr>
            <w:tcW w:type="dxa" w:w="3173"/>
          </w:tcPr>
          <w:p>
            <w:pPr>
              <w:spacing w:after="0"/>
            </w:pPr>
            <w:r/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510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 xml:space="preserve">Próximo seguimiento: </w:t>
            </w:r>
            <w:r>
              <w:rPr>
                <w:b w:val="0"/>
                <w:i w:val="0"/>
                <w:color w:val="64748B"/>
                <w:sz w:val="19"/>
                <w:highlight w:val="yellow"/>
              </w:rPr>
              <w:t>[dd/mm/aaaa]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Copia entregada al apoderado:  ☐ Sí   ☐ No</w:t>
            </w:r>
          </w:p>
        </w:tc>
      </w:tr>
    </w:tbl>
    <w:p>
      <w:pPr>
        <w:spacing w:after="120" w:before="0"/>
      </w:pP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4759"/>
        <w:gridCol w:w="4759"/>
      </w:tblGrid>
      <w:tr>
        <w:trPr>
          <w:trHeight w:val="1134"/>
        </w:trPr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del apoderado(a)</w:t>
            </w:r>
          </w:p>
        </w:tc>
        <w:tc>
          <w:tcPr>
            <w:tcW w:type="dxa" w:w="4759"/>
          </w:tcPr>
          <w:p>
            <w:pPr>
              <w:spacing w:after="0"/>
            </w:pPr>
            <w:r/>
            <w:r>
              <w:rPr>
                <w:b w:val="0"/>
                <w:i w:val="0"/>
                <w:color w:val="64748B"/>
                <w:sz w:val="19"/>
              </w:rPr>
              <w:t>Firma de quien atiende</w:t>
            </w:r>
          </w:p>
        </w:tc>
      </w:tr>
    </w:tbl>
    <w:p>
      <w:pPr>
        <w:spacing w:after="0" w:before="160"/>
      </w:pPr>
      <w:r>
        <w:rPr>
          <w:b w:val="0"/>
          <w:i/>
          <w:color w:val="64748B"/>
          <w:sz w:val="16"/>
        </w:rPr>
        <w:t>Guarda la constancia con acceso restringido. Registra solo lo necesario para dar seguimiento.</w:t>
      </w:r>
    </w:p>
    <w:sectPr w:rsidR="00FC693F" w:rsidRPr="0006063C" w:rsidSect="00034616">
      <w:pgSz w:w="12240" w:h="15840"/>
      <w:pgMar w:top="1020" w:right="1361" w:bottom="90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citación a apoderado</dc:title>
  <dc:subject/>
  <dc:creator>EscolarApp Chile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